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המראיין והמרואיין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לשאלת כן/לא ולתרגל שאלות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הראיון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ראיון - מראיין ומרואיין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המראיין שואל, המרואיין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מתחילים בשאלה קלה כדי להרגיע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שאלת המשך מרחיבה את התשובה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שאלה פתוחה דורשת תשובה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תודה מראה הערכה על הזמן והסיפור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שאלה פתוחה או שאלה של כן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שאלה של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שאלה של כן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מילים מהראיון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של שאלות וסיפורים)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ששואל)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(עונים עליה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(ומה קרה אחר 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- בוחרים אדם וכותבים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- מתחילים בשאלה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מילים 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מספרים לכיתה מה שמעתם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מודים ומכינים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שאלות פתוחות הקשורות לעבר, ילדות, בית, בית ספר או יישוב, לא שאלות של כן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שמבקשת עוד פרטים כמו ומה קרה אז או איך הרגשת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 שואל, מרואיין עונה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שדורשת תשובה בסיפור ולא במילה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בשלב האחרון, אחרי שמספרים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אחד מראיין ותלמיד שני מרואיין בשאלות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הבדל בין שאלה פתוחה לשאלת כן ולא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אפשר לעודד תלמידים להביא תשובות אמיתיות מבני המשפחה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איך לערוך ראיון עם אדם מבוגר במשפחה כדי לשמוע איך היה פעם. מתכננים שאלות, שואלים, מקשיבים ורושמים, ובסוף מודים.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אחד שואל והשני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המראיין הוא זה שמספר את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להתחיל ראיון בשאלה קשה וארוכה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עוזרת לדעת עוד פרטים על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אפשר לענות עליה רק במילה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חשוב להודות למרואיין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שאלה פתוחה או שאלה של כן ולא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נראה הבית שבו גדלת?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שאלה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המשך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היה לכם טלפון בבית?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על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לא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ספרי לי על החג האהוב עלייך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המשחק הכי כיף בהפסקה?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בחרתם לגור ביישוב הזה?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היית תלמיד טוב? -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של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מילים מהראיון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ומה קרה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מרואיין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ששואל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של שאלות וסיפורים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שאלת 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עונים עליה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לכיתה מה שמעתם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מילים חשובות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- מתחילים בשאלה קלה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ומכינים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- בוחרים אדם וכותבים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שעונה על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ששואל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כמו ומה קרה אחר כך נקראת שאלת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שאלה שעונים עליה בסיפור ארוך נקראת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הראיון מכינים כרטיס __________ למרואיין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שאלות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אדם מבוגר במשפחה שלכם וכתבו שלוש שאלות פתוחות שהייתם שואלים אותו על פעם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המשך אחת שהייתם שואלים אחרי שהמרואיין מספר סיפור מעניין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מראיין למרואיין?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שלב של הראיון מכינים כרטיס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