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ראיון עם אדם מבוגר שחשוב 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תפקידי המראיין והמרואיין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שאלה פתוחה לשאלת כן/לא ולתרגל שאלות המשך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שלבי הראיון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 ראיון - מראיין ומרואיין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המראיין שואל, המרואיין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מתחילים בשאלה קלה כדי להרגיע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שאלת המשך מרחיבה את התשובה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שאלה פתוחה דורשת תשובה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תודה מראה הערכה על הזמן והסיפור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שאלה פתוחה או שאלה של כן ולא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שאלה של כן או 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שאלה של כן או לא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- מילים מהראיון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(שיחה של שאלות וסיפורים)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(מי ששואל)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(מי שמספר)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(עונים עליה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(ומה קרה אחר כך)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מתכננים - בוחרים אדם וכותבים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שואלים - מתחילים בשאלה קלה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מקשיבים ושואלים שאלת המשך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רושמים מילים חשובות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מספרים לכיתה מה שמעתם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מודים ומכינים כרטיס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מרואיין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מראיין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שאלות לראיון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 שאלות פתוחות הקשורות לעבר, ילדות, בית, בית ספר או יישוב, לא שאלות של כן ולא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שמבקשת עוד פרטים כמו ומה קרה אז או איך הרגשת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מראיין שואל, מרואיין עונה ומספר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שאלה שדורשת תשובה בסיפור ולא במילה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בשלב האחרון, אחרי שמספרים 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- תלמיד אחד מראיין ותלמיד שני מרואיין בשאלות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הבדל בין שאלה פתוחה לשאלת כן ולא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בפעילות הכתיבה אפשר לעודד תלמידים להביא תשובות אמיתיות מבני המשפחה שלהם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ראיון עם אדם מבוגר שחשוב 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לומדים לשאול מבוגר שאלות על פעם. חושבים על שאלות, שואלים בנימוס, מקשיבים טוב ורושמים, ובסוף אומרים תודה.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של שאלות ותשובות בין שני אנשים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מראיין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ששואל את השאלות בראיון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מרואיין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שמספר ועונה על השאלות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שאלה פתוחה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שעונים עליה בסיפור ארוך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שאלה של כן או לא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שאפשר לענות עליה במילה קצרה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שאלת המשך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ששואלים אחרי התשובה כדי לדעת עוד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או כרטיס שמראים הערכה למרואיין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בראיון אחד שואל והשני 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המראיין הוא זה שמספר את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להתחיל ראיון בשאלה קשה וארוכה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שאלת המשך עוזרת לדעת עוד פרטים על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פתוחה אפשר לענות עליה רק במילה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הראיון חשוב להודות למרואיין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שאלה פתוחה או שאלה של כן ולא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סוג שאלה זו: איך נראה הבית שבו גדלת?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שאלה פתוחה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שאלה של כן או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שאלה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שאלת המשך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סוג שאלה זו: היה לכם טלפון בבית?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שאלה פתוחה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שאלה של כן או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 על 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 לא ברורה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סוג שאלה: ספרי לי על החג האהוב עלייך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שאלה של כן או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שאלה סגורה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 פתוחה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סוג שאלה: מה היה המשחק הכי כיף בהפסקה?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שאלה של כן או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שאלה פתוחה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 אסורה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שאלת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סוג שאלה: למה בחרתם לגור ביישוב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שאלה פתוחה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שאלה של כן או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 קצרה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 סגורה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סוג שאלה: היית תלמיד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שאלה פתוחה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שאלת המשך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 של כן או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שאלה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- מילים מהראיון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 ששואל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מראיין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ומה קרה אחר כך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מרואיין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עונים עליה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שאלה פתוחה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שיחה של שאלות וסיפורים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שאלת המשך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 שמספר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סדרו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- מתחילים בשאלה קלה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מקשיבים ושואלים שאלת המשך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מספרים לכיתה מה שמעתם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מתכננים - בוחרים אדם וכותבים שאלות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מודים ומכינים כרטיס תודה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רושמים מילים חשובות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 שעונה על שאלות בראיון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 ששואל שאלות בראיון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שאלה כמו ומה קרה אחר כך נקראת שאלת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שאלה שעונים עליה בסיפור ארוך נקראת שאלה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בסוף הראיון מכינים כרטיס __________ למרואיין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שאלות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אדם מבוגר במשפחה שלכם וכתבו שלוש שאלות פתוחות שהייתם שואלים אותו על פעם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שאלת המשך אחת שהייתם שואלים אחרי שהמרואיין מספר סיפור מעניין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מראיין למרואיין?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לשאלה פתוחה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שלב של הראיון מכינים כרטיס תודה?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ראיון עם אדם מבוגר שחשוב 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