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המראיין והמרואיין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לשאלת כן/לא ולתרגל שאלות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הראיון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ראיון - מראיין ומרואיין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המראיין שואל, המרואיין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מתחילים בשאלה קלה כדי להרגיע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שאלה פתוחה או שאלה של כן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שאלה של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שאלה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מילים מהראיון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של שאלות וסיפורים)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ששואל)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(עונים עליה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- בוחרים אדם וכותבים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- מתחילים בשאלה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מילים חשובות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שאלות פתוחות הקשורות לעבר, ילדות, בית, בית ספר או יישוב, לא שאלות של כן ולא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 שואל, מרואיין עונה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שדורשת תשובה בסיפור ולא במילה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בשלב האחרון, אחרי שמספרים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אחד מראיין ותלמיד שני מרואיין בשאלות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הבדל בין שאלה פתוחה לשאלת כן ולא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אפשר לעודד תלמידים להביא תשובות אמיתיות מבני המשפחה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איך לערוך ראיון עם אדם מבוגר במשפחה כדי לשמוע איך היה פעם. מתכננים שאלות, שואלים, מקשיבים ורושמים, ובסוף מודים.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מרואיין  ·  המשך  ·  מראיין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אחד שואל והשני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המראיין הוא זה שמספר את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להתחיל ראיון בשאלה קשה וארוכה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שאלה פתוחה או שאלה של כן ולא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נראה הבית שבו גדלת?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שאלה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היה לכם טלפון בבית?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על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ספרי לי על החג האהוב עלייך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פתוחה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מילים מהראיון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עונים עליה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מרואיין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ששואל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שיחה של שאלות וסיפורים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מילים חשובות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ושואלים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- מתחילים בשאלה קלה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- בוחרים אדם וכותבים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שעונה על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ששואל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שאלה כמו ומה קרה אחר כך נקראת שאלת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שאלות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אדם מבוגר במשפחה שלכם וכתבו שלוש שאלות פתוחות שהייתם שואלים אותו על פעם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מראיין למרואיין?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פתוחה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